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Frågesport</w:t>
      </w:r>
    </w:p>
    <w:p>
      <w:r>
        <w:t>Quizets namn: ______________________________    Datum: ____________</w:t>
      </w:r>
    </w:p>
    <w:p>
      <w:r>
        <w:t>Lag/namn: __________________________________</w:t>
      </w:r>
    </w:p>
    <w:p>
      <w:pPr>
        <w:pStyle w:val="Heading2"/>
      </w:pPr>
      <w:r>
        <w:t>Fråga 1</w:t>
      </w:r>
    </w:p>
    <w:p>
      <w:r>
        <w:t>Skriv frågan här.</w:t>
      </w:r>
    </w:p>
    <w:p>
      <w:pPr>
        <w:pStyle w:val="ListBullet"/>
      </w:pPr>
      <w:r>
        <w:t xml:space="preserve">A. </w:t>
      </w:r>
    </w:p>
    <w:p>
      <w:pPr>
        <w:pStyle w:val="ListBullet"/>
      </w:pPr>
      <w:r>
        <w:t xml:space="preserve">B. </w:t>
      </w:r>
    </w:p>
    <w:p>
      <w:pPr>
        <w:pStyle w:val="ListBullet"/>
      </w:pPr>
      <w:r>
        <w:t xml:space="preserve">C. </w:t>
      </w:r>
    </w:p>
    <w:p>
      <w:pPr>
        <w:pStyle w:val="Heading2"/>
      </w:pPr>
      <w:r>
        <w:t>Fråga 2</w:t>
      </w:r>
    </w:p>
    <w:p>
      <w:r>
        <w:t>Skriv frågan här.</w:t>
      </w:r>
    </w:p>
    <w:p>
      <w:pPr>
        <w:pStyle w:val="ListBullet"/>
      </w:pPr>
      <w:r>
        <w:t xml:space="preserve">A. </w:t>
      </w:r>
    </w:p>
    <w:p>
      <w:pPr>
        <w:pStyle w:val="ListBullet"/>
      </w:pPr>
      <w:r>
        <w:t xml:space="preserve">B. </w:t>
      </w:r>
    </w:p>
    <w:p>
      <w:pPr>
        <w:pStyle w:val="ListBullet"/>
      </w:pPr>
      <w:r>
        <w:t xml:space="preserve">C. </w:t>
      </w:r>
    </w:p>
    <w:p>
      <w:pPr>
        <w:pStyle w:val="Heading2"/>
      </w:pPr>
      <w:r>
        <w:t>Fråga 3</w:t>
      </w:r>
    </w:p>
    <w:p>
      <w:r>
        <w:t>Skriv frågan här.</w:t>
      </w:r>
    </w:p>
    <w:p>
      <w:pPr>
        <w:pStyle w:val="ListBullet"/>
      </w:pPr>
      <w:r>
        <w:t xml:space="preserve">A. </w:t>
      </w:r>
    </w:p>
    <w:p>
      <w:pPr>
        <w:pStyle w:val="ListBullet"/>
      </w:pPr>
      <w:r>
        <w:t xml:space="preserve">B. </w:t>
      </w:r>
    </w:p>
    <w:p>
      <w:pPr>
        <w:pStyle w:val="ListBullet"/>
      </w:pPr>
      <w:r>
        <w:t xml:space="preserve">C. </w:t>
      </w:r>
    </w:p>
    <w:p>
      <w:pPr>
        <w:pStyle w:val="Heading2"/>
      </w:pPr>
      <w:r>
        <w:t>Fråga 4</w:t>
      </w:r>
    </w:p>
    <w:p>
      <w:r>
        <w:t>Skriv frågan här.</w:t>
      </w:r>
    </w:p>
    <w:p>
      <w:pPr>
        <w:pStyle w:val="ListBullet"/>
      </w:pPr>
      <w:r>
        <w:t xml:space="preserve">A. </w:t>
      </w:r>
    </w:p>
    <w:p>
      <w:pPr>
        <w:pStyle w:val="ListBullet"/>
      </w:pPr>
      <w:r>
        <w:t xml:space="preserve">B. </w:t>
      </w:r>
    </w:p>
    <w:p>
      <w:pPr>
        <w:pStyle w:val="ListBullet"/>
      </w:pPr>
      <w:r>
        <w:t xml:space="preserve">C. </w:t>
      </w:r>
    </w:p>
    <w:p>
      <w:pPr>
        <w:pStyle w:val="Heading2"/>
      </w:pPr>
      <w:r>
        <w:t>Fråga 5</w:t>
      </w:r>
    </w:p>
    <w:p>
      <w:r>
        <w:t>Skriv frågan här.</w:t>
      </w:r>
    </w:p>
    <w:p>
      <w:pPr>
        <w:pStyle w:val="ListBullet"/>
      </w:pPr>
      <w:r>
        <w:t xml:space="preserve">A. </w:t>
      </w:r>
    </w:p>
    <w:p>
      <w:pPr>
        <w:pStyle w:val="ListBullet"/>
      </w:pPr>
      <w:r>
        <w:t xml:space="preserve">B. </w:t>
      </w:r>
    </w:p>
    <w:p>
      <w:pPr>
        <w:pStyle w:val="ListBullet"/>
      </w:pPr>
      <w:r>
        <w:t xml:space="preserve">C. </w:t>
      </w:r>
    </w:p>
    <w:p>
      <w:pPr>
        <w:pStyle w:val="Heading2"/>
      </w:pPr>
      <w:r>
        <w:t>Fråga 6</w:t>
      </w:r>
    </w:p>
    <w:p>
      <w:r>
        <w:t>Skriv frågan här.</w:t>
      </w:r>
    </w:p>
    <w:p>
      <w:pPr>
        <w:pStyle w:val="ListBullet"/>
      </w:pPr>
      <w:r>
        <w:t xml:space="preserve">A. </w:t>
      </w:r>
    </w:p>
    <w:p>
      <w:pPr>
        <w:pStyle w:val="ListBullet"/>
      </w:pPr>
      <w:r>
        <w:t xml:space="preserve">B. </w:t>
      </w:r>
    </w:p>
    <w:p>
      <w:pPr>
        <w:pStyle w:val="ListBullet"/>
      </w:pPr>
      <w:r>
        <w:t xml:space="preserve">C. </w:t>
      </w:r>
    </w:p>
    <w:p>
      <w:pPr>
        <w:pStyle w:val="Heading2"/>
      </w:pPr>
      <w:r>
        <w:t>Fråga 7</w:t>
      </w:r>
    </w:p>
    <w:p>
      <w:r>
        <w:t>Skriv frågan här.</w:t>
      </w:r>
    </w:p>
    <w:p>
      <w:pPr>
        <w:pStyle w:val="ListBullet"/>
      </w:pPr>
      <w:r>
        <w:t xml:space="preserve">A. </w:t>
      </w:r>
    </w:p>
    <w:p>
      <w:pPr>
        <w:pStyle w:val="ListBullet"/>
      </w:pPr>
      <w:r>
        <w:t xml:space="preserve">B. </w:t>
      </w:r>
    </w:p>
    <w:p>
      <w:pPr>
        <w:pStyle w:val="ListBullet"/>
      </w:pPr>
      <w:r>
        <w:t xml:space="preserve">C. </w:t>
      </w:r>
    </w:p>
    <w:p>
      <w:pPr>
        <w:pStyle w:val="Heading2"/>
      </w:pPr>
      <w:r>
        <w:t>Fråga 8</w:t>
      </w:r>
    </w:p>
    <w:p>
      <w:r>
        <w:t>Skriv frågan här.</w:t>
      </w:r>
    </w:p>
    <w:p>
      <w:pPr>
        <w:pStyle w:val="ListBullet"/>
      </w:pPr>
      <w:r>
        <w:t xml:space="preserve">A. </w:t>
      </w:r>
    </w:p>
    <w:p>
      <w:pPr>
        <w:pStyle w:val="ListBullet"/>
      </w:pPr>
      <w:r>
        <w:t xml:space="preserve">B. </w:t>
      </w:r>
    </w:p>
    <w:p>
      <w:pPr>
        <w:pStyle w:val="ListBullet"/>
      </w:pPr>
      <w:r>
        <w:t xml:space="preserve">C. </w:t>
      </w:r>
    </w:p>
    <w:p>
      <w:pPr>
        <w:pStyle w:val="Heading2"/>
      </w:pPr>
      <w:r>
        <w:t>Fråga 9</w:t>
      </w:r>
    </w:p>
    <w:p>
      <w:r>
        <w:t>Skriv frågan här.</w:t>
      </w:r>
    </w:p>
    <w:p>
      <w:pPr>
        <w:pStyle w:val="ListBullet"/>
      </w:pPr>
      <w:r>
        <w:t xml:space="preserve">A. </w:t>
      </w:r>
    </w:p>
    <w:p>
      <w:pPr>
        <w:pStyle w:val="ListBullet"/>
      </w:pPr>
      <w:r>
        <w:t xml:space="preserve">B. </w:t>
      </w:r>
    </w:p>
    <w:p>
      <w:pPr>
        <w:pStyle w:val="ListBullet"/>
      </w:pPr>
      <w:r>
        <w:t xml:space="preserve">C. </w:t>
      </w:r>
    </w:p>
    <w:p>
      <w:pPr>
        <w:pStyle w:val="Heading2"/>
      </w:pPr>
      <w:r>
        <w:t>Fråga 10</w:t>
      </w:r>
    </w:p>
    <w:p>
      <w:r>
        <w:t>Skriv frågan här.</w:t>
      </w:r>
    </w:p>
    <w:p>
      <w:pPr>
        <w:pStyle w:val="ListBullet"/>
      </w:pPr>
      <w:r>
        <w:t xml:space="preserve">A. </w:t>
      </w:r>
    </w:p>
    <w:p>
      <w:pPr>
        <w:pStyle w:val="ListBullet"/>
      </w:pPr>
      <w:r>
        <w:t xml:space="preserve">B. </w:t>
      </w:r>
    </w:p>
    <w:p>
      <w:pPr>
        <w:pStyle w:val="ListBullet"/>
      </w:pPr>
      <w:r>
        <w:t xml:space="preserve">C. </w:t>
      </w:r>
    </w:p>
    <w:p>
      <w:pPr>
        <w:pStyle w:val="Heading2"/>
      </w:pPr>
      <w:r>
        <w:t>Fråga 11</w:t>
      </w:r>
    </w:p>
    <w:p>
      <w:r>
        <w:t>Skriv frågan här.</w:t>
      </w:r>
    </w:p>
    <w:p>
      <w:pPr>
        <w:pStyle w:val="ListBullet"/>
      </w:pPr>
      <w:r>
        <w:t xml:space="preserve">A. </w:t>
      </w:r>
    </w:p>
    <w:p>
      <w:pPr>
        <w:pStyle w:val="ListBullet"/>
      </w:pPr>
      <w:r>
        <w:t xml:space="preserve">B. </w:t>
      </w:r>
    </w:p>
    <w:p>
      <w:pPr>
        <w:pStyle w:val="ListBullet"/>
      </w:pPr>
      <w:r>
        <w:t xml:space="preserve">C. </w:t>
      </w:r>
    </w:p>
    <w:p>
      <w:pPr>
        <w:pStyle w:val="Heading2"/>
      </w:pPr>
      <w:r>
        <w:t>Fråga 12</w:t>
      </w:r>
    </w:p>
    <w:p>
      <w:r>
        <w:t>Skriv frågan här.</w:t>
      </w:r>
    </w:p>
    <w:p>
      <w:pPr>
        <w:pStyle w:val="ListBullet"/>
      </w:pPr>
      <w:r>
        <w:t xml:space="preserve">A. </w:t>
      </w:r>
    </w:p>
    <w:p>
      <w:pPr>
        <w:pStyle w:val="ListBullet"/>
      </w:pPr>
      <w:r>
        <w:t xml:space="preserve">B. </w:t>
      </w:r>
    </w:p>
    <w:p>
      <w:pPr>
        <w:pStyle w:val="ListBullet"/>
      </w:pPr>
      <w:r>
        <w:t xml:space="preserve">C. </w:t>
      </w:r>
    </w:p>
    <w:p>
      <w:pPr>
        <w:pStyle w:val="Heading2"/>
      </w:pPr>
      <w:r>
        <w:t>Fråga 13</w:t>
      </w:r>
    </w:p>
    <w:p>
      <w:r>
        <w:t>Skriv frågan här.</w:t>
      </w:r>
    </w:p>
    <w:p>
      <w:pPr>
        <w:pStyle w:val="ListBullet"/>
      </w:pPr>
      <w:r>
        <w:t xml:space="preserve">A. </w:t>
      </w:r>
    </w:p>
    <w:p>
      <w:pPr>
        <w:pStyle w:val="ListBullet"/>
      </w:pPr>
      <w:r>
        <w:t xml:space="preserve">B. </w:t>
      </w:r>
    </w:p>
    <w:p>
      <w:pPr>
        <w:pStyle w:val="ListBullet"/>
      </w:pPr>
      <w:r>
        <w:t xml:space="preserve">C. </w:t>
      </w:r>
    </w:p>
    <w:p>
      <w:pPr>
        <w:pStyle w:val="Heading2"/>
      </w:pPr>
      <w:r>
        <w:t>Fråga 14</w:t>
      </w:r>
    </w:p>
    <w:p>
      <w:r>
        <w:t>Skriv frågan här.</w:t>
      </w:r>
    </w:p>
    <w:p>
      <w:pPr>
        <w:pStyle w:val="ListBullet"/>
      </w:pPr>
      <w:r>
        <w:t xml:space="preserve">A. </w:t>
      </w:r>
    </w:p>
    <w:p>
      <w:pPr>
        <w:pStyle w:val="ListBullet"/>
      </w:pPr>
      <w:r>
        <w:t xml:space="preserve">B. </w:t>
      </w:r>
    </w:p>
    <w:p>
      <w:pPr>
        <w:pStyle w:val="ListBullet"/>
      </w:pPr>
      <w:r>
        <w:t xml:space="preserve">C. </w:t>
      </w:r>
    </w:p>
    <w:p>
      <w:pPr>
        <w:pStyle w:val="Heading2"/>
      </w:pPr>
      <w:r>
        <w:t>Fråga 15</w:t>
      </w:r>
    </w:p>
    <w:p>
      <w:r>
        <w:t>Skriv frågan här.</w:t>
      </w:r>
    </w:p>
    <w:p>
      <w:pPr>
        <w:pStyle w:val="ListBullet"/>
      </w:pPr>
      <w:r>
        <w:t xml:space="preserve">A. </w:t>
      </w:r>
    </w:p>
    <w:p>
      <w:pPr>
        <w:pStyle w:val="ListBullet"/>
      </w:pPr>
      <w:r>
        <w:t xml:space="preserve">B. </w:t>
      </w:r>
    </w:p>
    <w:p>
      <w:pPr>
        <w:pStyle w:val="ListBullet"/>
      </w:pPr>
      <w:r>
        <w:t xml:space="preserve">C. </w:t>
      </w:r>
    </w:p>
    <w:p>
      <w:r>
        <w:br w:type="page"/>
      </w:r>
    </w:p>
    <w:p>
      <w:pPr>
        <w:pStyle w:val="Heading1"/>
      </w:pPr>
      <w:r>
        <w:t>Facit (behåll hos frågeledaren)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Fråga</w:t>
            </w:r>
          </w:p>
        </w:tc>
        <w:tc>
          <w:tcPr>
            <w:tcW w:type="dxa" w:w="2880"/>
          </w:tcPr>
          <w:p>
            <w:r>
              <w:t>Rätt svar</w:t>
            </w:r>
          </w:p>
        </w:tc>
        <w:tc>
          <w:tcPr>
            <w:tcW w:type="dxa" w:w="2880"/>
          </w:tcPr>
          <w:p>
            <w:r>
              <w:t>Förklaring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10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13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14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15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r>
        <w:t>Mall från frgesport.se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